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CVName"/>
      </w:pPr>
      <w:r>
        <w:t>YOUR NAME</w:t>
      </w:r>
    </w:p>
    <w:p>
      <w:pPr>
        <w:pStyle w:val="CVRole"/>
      </w:pPr>
      <w:r>
        <w:t>Target Job Title</w:t>
      </w:r>
    </w:p>
    <w:p>
      <w:pPr>
        <w:jc w:val="left"/>
      </w:pPr>
      <w:r>
        <w:rPr>
          <w:sz w:val="19"/>
        </w:rPr>
        <w:t>Sofia, Bulgaria  |  +359 XXX XXX XXX  |  name@email.com  |  linkedin.com/in/yourname</w:t>
      </w:r>
    </w:p>
    <w:p>
      <w:pPr>
        <w:pStyle w:val="CVSection"/>
        <w:pBdr>
          <w:bottom w:val="single" w:sz="6" w:space="1" w:color="8A6AAF"/>
        </w:pBdr>
      </w:pPr>
      <w:r>
        <w:t>PROFESSIONAL SUMMARY</w:t>
      </w:r>
    </w:p>
    <w:p>
      <w:r>
        <w:t>Write 2-4 lines tailored to the role. State your job title or professional profile, relevant experience, strongest skills, and the value you can bring. Avoid generic claims that are not supported by your experience.</w:t>
      </w:r>
    </w:p>
    <w:p>
      <w:pPr>
        <w:pStyle w:val="CVSection"/>
        <w:pBdr>
          <w:bottom w:val="single" w:sz="6" w:space="1" w:color="8A6AAF"/>
        </w:pBdr>
      </w:pPr>
      <w:r>
        <w:t>WORK EXPERIENCE</w:t>
      </w:r>
    </w:p>
    <w:p>
      <w:r>
        <w:rPr>
          <w:b/>
        </w:rPr>
        <w:t>Job Title  |  Company Name, City</w:t>
      </w:r>
      <w:r>
        <w:t xml:space="preserve">  |  MM/YYYY - Present</w:t>
      </w:r>
    </w:p>
    <w:p>
      <w:pPr>
        <w:pStyle w:val="ListBullet"/>
        <w:spacing w:after="20"/>
        <w:ind w:left="259" w:hanging="173"/>
      </w:pPr>
      <w:r>
        <w:t>Start each bullet with a clear action and focus on results, scope, quality, speed, revenue, cost, volume, safety, or customer impact where relevant.</w:t>
      </w:r>
    </w:p>
    <w:p>
      <w:pPr>
        <w:pStyle w:val="ListBullet"/>
        <w:spacing w:after="20"/>
        <w:ind w:left="259" w:hanging="173"/>
      </w:pPr>
      <w:r>
        <w:t>Example: Processed approximately 60 customer orders per day while maintaining 98% order accuracy.</w:t>
      </w:r>
    </w:p>
    <w:p>
      <w:pPr>
        <w:pStyle w:val="ListBullet"/>
        <w:spacing w:after="20"/>
        <w:ind w:left="259" w:hanging="173"/>
      </w:pPr>
      <w:r>
        <w:t>Add 3-5 bullets for your most relevant recent role. Use keywords from the vacancy only when they truthfully match your experience.</w:t>
      </w:r>
    </w:p>
    <w:p>
      <w:r>
        <w:rPr>
          <w:b/>
        </w:rPr>
        <w:t>Previous Job Title  |  Company Name, City</w:t>
      </w:r>
      <w:r>
        <w:t xml:space="preserve">  |  MM/YYYY - MM/YYYY</w:t>
      </w:r>
    </w:p>
    <w:p>
      <w:pPr>
        <w:pStyle w:val="ListBullet"/>
        <w:spacing w:after="20"/>
        <w:ind w:left="259" w:hanging="173"/>
      </w:pPr>
      <w:r>
        <w:t>Describe the most relevant responsibility or achievement.</w:t>
      </w:r>
    </w:p>
    <w:p>
      <w:pPr>
        <w:pStyle w:val="ListBullet"/>
        <w:spacing w:after="20"/>
        <w:ind w:left="259" w:hanging="173"/>
      </w:pPr>
      <w:r>
        <w:t>Show scale when possible: team size, customers served, units produced, projects completed, time saved, or quality improved.</w:t>
      </w:r>
    </w:p>
    <w:p>
      <w:pPr>
        <w:pStyle w:val="CVSection"/>
        <w:pBdr>
          <w:bottom w:val="single" w:sz="6" w:space="1" w:color="8A6AAF"/>
        </w:pBdr>
      </w:pPr>
      <w:r>
        <w:t>EDUCATION</w:t>
      </w:r>
    </w:p>
    <w:p>
      <w:r>
        <w:rPr>
          <w:b/>
        </w:rPr>
        <w:t>Qualification / Degree  |  School or University, City</w:t>
      </w:r>
      <w:r>
        <w:t xml:space="preserve">  |  YYYY</w:t>
      </w:r>
    </w:p>
    <w:p>
      <w:pPr>
        <w:pStyle w:val="CVSection"/>
        <w:pBdr>
          <w:bottom w:val="single" w:sz="6" w:space="1" w:color="8A6AAF"/>
        </w:pBdr>
      </w:pPr>
      <w:r>
        <w:t>SKILLS</w:t>
      </w:r>
    </w:p>
    <w:p>
      <w:r>
        <w:rPr>
          <w:b/>
        </w:rPr>
        <w:t xml:space="preserve">Technical: </w:t>
      </w:r>
      <w:r>
        <w:t>List job-relevant tools, systems, equipment, software, licences, or methods.</w:t>
      </w:r>
    </w:p>
    <w:p>
      <w:r>
        <w:rPr>
          <w:b/>
        </w:rPr>
        <w:t xml:space="preserve">Core skills: </w:t>
      </w:r>
      <w:r>
        <w:t>Add only skills you can demonstrate, such as customer service, team leadership, logistics coordination, quality control, or problem solving.</w:t>
      </w:r>
    </w:p>
    <w:p>
      <w:pPr>
        <w:pStyle w:val="CVSection"/>
        <w:pBdr>
          <w:bottom w:val="single" w:sz="6" w:space="1" w:color="8A6AAF"/>
        </w:pBdr>
      </w:pPr>
      <w:r>
        <w:t>LANGUAGES</w:t>
      </w:r>
    </w:p>
    <w:p>
      <w:r>
        <w:t>Bulgarian - Native  |  English - B2  |  Other language - Level</w:t>
      </w:r>
    </w:p>
    <w:p>
      <w:pPr>
        <w:pStyle w:val="CVSection"/>
        <w:pBdr>
          <w:bottom w:val="single" w:sz="6" w:space="1" w:color="8A6AAF"/>
        </w:pBdr>
      </w:pPr>
      <w:r>
        <w:t>CERTIFICATES AND LICENCES</w:t>
      </w:r>
    </w:p>
    <w:p>
      <w:r>
        <w:t>Certificate / Licence Name  |  Issuing Organisation  |  Year</w:t>
      </w:r>
    </w:p>
    <w:p>
      <w:pPr>
        <w:pStyle w:val="CVSection"/>
        <w:pBdr>
          <w:bottom w:val="single" w:sz="6" w:space="1" w:color="8A6AAF"/>
        </w:pBdr>
      </w:pPr>
      <w:r>
        <w:t>OPTIONAL ADDITIONAL INFORMATION</w:t>
      </w:r>
    </w:p>
    <w:p>
      <w:r>
        <w:t>Add relevant driving categories, work permits, professional memberships, portfolio links, or availability only when useful for the role. References normally do not need to be listed unless requested.</w:t>
      </w:r>
    </w:p>
    <w:sectPr w:rsidR="00FC693F" w:rsidRPr="0006063C" w:rsidSect="00034616">
      <w:footerReference w:type="default" r:id="rId9"/>
      <w:pgSz w:w="12240" w:h="15840"/>
      <w:pgMar w:top="792" w:right="1008" w:bottom="792"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sz w:val="16"/>
      </w:rPr>
      <w:t>iJobs Center ATS-Friendly CV Template | ijobscenter.com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52" w:lineRule="auto"/>
    </w:pPr>
    <w:rPr>
      <w:rFonts w:ascii="Arial" w:hAnsi="Arial" w:eastAsia="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VName">
    <w:name w:val="CV Name"/>
    <w:pPr>
      <w:spacing w:before="0" w:after="60"/>
    </w:pPr>
    <w:rPr>
      <w:rFonts w:ascii="Arial" w:hAnsi="Arial" w:eastAsia="Arial"/>
      <w:b/>
      <w:sz w:val="44"/>
    </w:rPr>
  </w:style>
  <w:style w:type="paragraph" w:customStyle="1" w:styleId="CVRole">
    <w:name w:val="CV Role"/>
    <w:pPr>
      <w:spacing w:before="0" w:after="60"/>
    </w:pPr>
    <w:rPr>
      <w:rFonts w:ascii="Arial" w:hAnsi="Arial" w:eastAsia="Arial"/>
      <w:b w:val="0"/>
      <w:sz w:val="22"/>
    </w:rPr>
  </w:style>
  <w:style w:type="paragraph" w:customStyle="1" w:styleId="CVSection">
    <w:name w:val="CV Section"/>
    <w:pPr>
      <w:spacing w:before="120" w:after="60"/>
    </w:pPr>
    <w:rPr>
      <w:rFonts w:ascii="Arial" w:hAnsi="Arial" w:eastAsia="Arial"/>
      <w:b/>
      <w:sz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iJobs Center ATS-Friendly CV Template</dc:title>
  <dc:subject>Free ATS-friendly CV template for job seekers in Bulgaria</dc:subject>
  <dc:creator>iJobs Center</dc:creator>
  <cp:keywords/>
  <dc:description>generated by python-docx</dc:description>
  <cp:lastModifiedBy/>
  <cp:revision>1</cp:revision>
  <dcterms:created xsi:type="dcterms:W3CDTF">2013-12-23T23:15:00Z</dcterms:created>
  <dcterms:modified xsi:type="dcterms:W3CDTF">2013-12-23T23:15:00Z</dcterms:modified>
  <cp:category/>
</cp:coreProperties>
</file>